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bottom w:w="0" w:type="dxa"/>
          <w:start w:w="60" w:type="dxa"/>
          <w:end w:w="60" w:type="dxa"/>
          <w:left w:w="60" w:type="dxa"/>
          <w:right w:w="60" w:type="dxa"/>
        </w:tblCellMar>
      </w:tblPr>
      <w:tblGrid>
        <w:gridCol w:w="7198"/>
        <w:gridCol w:w="3119"/>
      </w:tblGrid>
      <w:tr>
        <w:tc>
          <w:tcPr>
            <w:tcW w:type="dxa" w:w="7198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vAlign w:val="center"/>
            <w:vAlign w:val="bottom"/>
          </w:tcPr>
          <w:p>
            <w:pPr>
              <w:jc w:val="left"/>
            </w:pPr>
            <w:r>
              <w:rPr>
                <w:rFonts w:ascii="Calibri" w:hAnsi="Calibri" w:cs="Calibri" w:eastAsia="Calibri"/>
                <w:b/>
                <w:color w:val="2F4071"/>
                <w:sz w:val="36"/>
              </w:rPr>
              <w:t>Foglio presenze mensile con firma</w:t>
            </w:r>
          </w:p>
        </w:tc>
        <w:tc>
          <w:tcPr>
            <w:tcW w:type="dxa" w:w="3119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vAlign w:val="center"/>
            <w:vAlign w:val="bottom"/>
          </w:tcPr>
          <w:p>
            <w:pPr>
              <w:jc w:val="right"/>
            </w:pPr>
            <w:r>
              <w:rPr>
                <w:rFonts w:ascii="Calibri" w:hAnsi="Calibri" w:cs="Calibri" w:eastAsia="Calibri"/>
                <w:b w:val="0"/>
                <w:color w:val="98A2B3"/>
                <w:sz w:val="20"/>
              </w:rPr>
              <w:t>Mese / Anno  ________________</w:t>
            </w:r>
          </w:p>
        </w:tc>
      </w:tr>
    </w:tbl>
    <w:p>
      <w:pPr>
        <w:spacing w:before="80"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bottom w:w="0" w:type="dxa"/>
          <w:start w:w="60" w:type="dxa"/>
          <w:end w:w="60" w:type="dxa"/>
          <w:left w:w="60" w:type="dxa"/>
          <w:right w:w="60" w:type="dxa"/>
        </w:tblCellMar>
        <w:tblCellMar>
          <w:top w:w="0" w:type="dxa"/>
          <w:bottom w:w="0" w:type="dxa"/>
          <w:start w:w="0" w:type="dxa"/>
          <w:end w:w="0" w:type="dxa"/>
          <w:left w:w="0" w:type="dxa"/>
          <w:right w:w="0" w:type="dxa"/>
        </w:tblCellMar>
      </w:tblPr>
      <w:tblGrid>
        <w:gridCol w:w="4866"/>
        <w:gridCol w:w="584"/>
        <w:gridCol w:w="4866"/>
      </w:tblGrid>
      <w:tr>
        <w:trPr>
          <w:trHeight w:val="238" w:hRule="exact"/>
        </w:trPr>
        <w:tc>
          <w:tcPr>
            <w:tcW w:type="dxa" w:w="4867"/>
            <w:vAlign w:val="center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>
            <w:pPr>
              <w:jc w:val="left"/>
            </w:pPr>
            <w:r>
              <w:rPr>
                <w:rFonts w:ascii="Calibri" w:hAnsi="Calibri" w:cs="Calibri" w:eastAsia="Calibri"/>
                <w:b w:val="0"/>
                <w:color w:val="667085"/>
                <w:sz w:val="15"/>
              </w:rPr>
              <w:t>Dipendente</w:t>
            </w:r>
          </w:p>
        </w:tc>
        <w:tc>
          <w:tcPr>
            <w:tcW w:type="dxa" w:w="584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/>
        </w:tc>
        <w:tc>
          <w:tcPr>
            <w:tcW w:type="dxa" w:w="4867"/>
            <w:vAlign w:val="center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>
            <w:pPr>
              <w:jc w:val="left"/>
            </w:pPr>
            <w:r>
              <w:rPr>
                <w:rFonts w:ascii="Calibri" w:hAnsi="Calibri" w:cs="Calibri" w:eastAsia="Calibri"/>
                <w:b w:val="0"/>
                <w:color w:val="667085"/>
                <w:sz w:val="15"/>
              </w:rPr>
              <w:t>Azienda / sede</w:t>
            </w:r>
          </w:p>
        </w:tc>
      </w:tr>
      <w:tr>
        <w:trPr>
          <w:trHeight w:val="340" w:hRule="exact"/>
        </w:trPr>
        <w:tc>
          <w:tcPr>
            <w:tcW w:type="dxa" w:w="4867"/>
            <w:tcBorders>
              <w:top w:val="nil"/>
              <w:start w:val="nil"/>
              <w:left w:val="nil"/>
              <w:bottom w:val="single" w:sz="6" w:color="AAB4C8"/>
              <w:end w:val="nil"/>
              <w:right w:val="nil"/>
            </w:tcBorders>
          </w:tcPr>
          <w:p/>
        </w:tc>
        <w:tc>
          <w:tcPr>
            <w:tcW w:type="dxa" w:w="584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/>
        </w:tc>
        <w:tc>
          <w:tcPr>
            <w:tcW w:type="dxa" w:w="4867"/>
            <w:tcBorders>
              <w:top w:val="nil"/>
              <w:start w:val="nil"/>
              <w:left w:val="nil"/>
              <w:bottom w:val="single" w:sz="6" w:color="AAB4C8"/>
              <w:end w:val="nil"/>
              <w:right w:val="nil"/>
            </w:tcBorders>
          </w:tcPr>
          <w:p/>
        </w:tc>
      </w:tr>
    </w:tbl>
    <w:p>
      <w:pPr>
        <w:spacing w:before="80"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bottom w:w="0" w:type="dxa"/>
          <w:start w:w="60" w:type="dxa"/>
          <w:end w:w="60" w:type="dxa"/>
          <w:left w:w="60" w:type="dxa"/>
          <w:right w:w="60" w:type="dxa"/>
        </w:tblCellMar>
      </w:tblPr>
      <w:tblGrid>
        <w:gridCol w:w="715"/>
        <w:gridCol w:w="817"/>
        <w:gridCol w:w="1123"/>
        <w:gridCol w:w="1736"/>
        <w:gridCol w:w="1123"/>
        <w:gridCol w:w="1736"/>
        <w:gridCol w:w="817"/>
        <w:gridCol w:w="817"/>
        <w:gridCol w:w="1430"/>
      </w:tblGrid>
      <w:tr>
        <w:trPr>
          <w:trHeight w:val="510" w:hRule="exact"/>
        </w:trPr>
        <w:tc>
          <w:tcPr>
            <w:tcW w:type="dxa" w:w="715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Data</w:t>
            </w:r>
          </w:p>
        </w:tc>
        <w:tc>
          <w:tcPr>
            <w:tcW w:type="dxa" w:w="817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Giorno</w:t>
            </w:r>
          </w:p>
        </w:tc>
        <w:tc>
          <w:tcPr>
            <w:tcW w:type="dxa" w:w="1124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Entrata</w:t>
            </w:r>
          </w:p>
        </w:tc>
        <w:tc>
          <w:tcPr>
            <w:tcW w:type="dxa" w:w="1737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Firma</w:t>
            </w:r>
          </w:p>
        </w:tc>
        <w:tc>
          <w:tcPr>
            <w:tcW w:type="dxa" w:w="1124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Uscita</w:t>
            </w:r>
          </w:p>
        </w:tc>
        <w:tc>
          <w:tcPr>
            <w:tcW w:type="dxa" w:w="1737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Firma</w:t>
            </w:r>
          </w:p>
        </w:tc>
        <w:tc>
          <w:tcPr>
            <w:tcW w:type="dxa" w:w="817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Pausa (min)</w:t>
            </w:r>
          </w:p>
        </w:tc>
        <w:tc>
          <w:tcPr>
            <w:tcW w:type="dxa" w:w="817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Ore</w:t>
            </w:r>
          </w:p>
        </w:tc>
        <w:tc>
          <w:tcPr>
            <w:tcW w:type="dxa" w:w="1430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Note</w:t>
            </w:r>
          </w:p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3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4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5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6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7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8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9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10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11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12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13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14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15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16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17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18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19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20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21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22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23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24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25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26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27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28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29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30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31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454" w:hRule="exact"/>
        </w:trPr>
        <w:tc>
          <w:tcPr>
            <w:tcW w:type="dxa" w:w="8071"/>
            <w:gridSpan w:val="7"/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vAlign w:val="center"/>
          </w:tcPr>
          <w:p>
            <w:pPr>
              <w:jc w:val="right"/>
            </w:pPr>
            <w:r>
              <w:rPr>
                <w:rFonts w:ascii="Calibri" w:hAnsi="Calibri" w:cs="Calibri" w:eastAsia="Calibri"/>
                <w:b/>
                <w:color w:val="2F4071"/>
                <w:sz w:val="19"/>
              </w:rPr>
              <w:t>Totale ore</w:t>
            </w:r>
          </w:p>
        </w:tc>
        <w:tc>
          <w:tcPr>
            <w:tcW w:type="dxa" w:w="817"/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</w:tcPr>
          <w:p/>
        </w:tc>
        <w:tc>
          <w:tcPr>
            <w:tcW w:type="dxa" w:w="1430"/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</w:tcPr>
          <w:p/>
        </w:tc>
      </w:tr>
    </w:tbl>
    <w:p>
      <w:pPr>
        <w:spacing w:before="160"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bottom w:w="0" w:type="dxa"/>
          <w:start w:w="60" w:type="dxa"/>
          <w:end w:w="60" w:type="dxa"/>
          <w:left w:w="60" w:type="dxa"/>
          <w:right w:w="60" w:type="dxa"/>
        </w:tblCellMar>
      </w:tblPr>
      <w:tblGrid>
        <w:gridCol w:w="4585"/>
        <w:gridCol w:w="1146"/>
        <w:gridCol w:w="4585"/>
      </w:tblGrid>
      <w:tr>
        <w:trPr>
          <w:trHeight w:val="510" w:hRule="exact"/>
        </w:trPr>
        <w:tc>
          <w:tcPr>
            <w:tcW w:type="dxa" w:w="4586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tcBorders>
              <w:top w:val="nil"/>
              <w:start w:val="nil"/>
              <w:left w:val="nil"/>
              <w:bottom w:val="single" w:sz="6" w:color="1B2238"/>
              <w:end w:val="nil"/>
              <w:right w:val="nil"/>
            </w:tcBorders>
          </w:tcPr>
          <w:p/>
        </w:tc>
        <w:tc>
          <w:tcPr>
            <w:tcW w:type="dxa" w:w="1146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/>
        </w:tc>
        <w:tc>
          <w:tcPr>
            <w:tcW w:type="dxa" w:w="4586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tcBorders>
              <w:top w:val="nil"/>
              <w:start w:val="nil"/>
              <w:left w:val="nil"/>
              <w:bottom w:val="single" w:sz="6" w:color="1B2238"/>
              <w:end w:val="nil"/>
              <w:right w:val="nil"/>
            </w:tcBorders>
          </w:tcPr>
          <w:p/>
        </w:tc>
      </w:tr>
      <w:tr>
        <w:tc>
          <w:tcPr>
            <w:tcW w:type="dxa" w:w="4586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vAlign w:val="center"/>
            <w:vAlign w:val="top"/>
          </w:tcPr>
          <w:p>
            <w:pPr>
              <w:jc w:val="left"/>
            </w:pPr>
            <w:r>
              <w:rPr>
                <w:rFonts w:ascii="Calibri" w:hAnsi="Calibri" w:cs="Calibri" w:eastAsia="Calibri"/>
                <w:b w:val="0"/>
                <w:color w:val="667085"/>
                <w:sz w:val="15"/>
              </w:rPr>
              <w:t>Firma del dipendente e data</w:t>
            </w:r>
          </w:p>
        </w:tc>
        <w:tc>
          <w:tcPr>
            <w:tcW w:type="dxa" w:w="1146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/>
        </w:tc>
        <w:tc>
          <w:tcPr>
            <w:tcW w:type="dxa" w:w="4586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vAlign w:val="center"/>
            <w:vAlign w:val="top"/>
          </w:tcPr>
          <w:p>
            <w:pPr>
              <w:jc w:val="left"/>
            </w:pPr>
            <w:r>
              <w:rPr>
                <w:rFonts w:ascii="Calibri" w:hAnsi="Calibri" w:cs="Calibri" w:eastAsia="Calibri"/>
                <w:b w:val="0"/>
                <w:color w:val="667085"/>
                <w:sz w:val="15"/>
              </w:rPr>
              <w:t>Firma del datore di lavoro e data</w:t>
            </w:r>
          </w:p>
        </w:tc>
      </w:tr>
    </w:tbl>
    <w:p>
      <w:pPr>
        <w:spacing w:before="160" w:after="0"/>
      </w:pPr>
      <w:hyperlink r:id="rId9">
        <w:r>
          <w:rPr>
            <w:rFonts w:ascii="Calibri" w:hAnsi="Calibri" w:cs="Calibri" w:eastAsia="Calibri"/>
            <w:b w:val="0"/>
            <w:color w:val="98A2B3"/>
            <w:sz w:val="14"/>
          </w:rPr>
          <w:t>Modello gratuito di EasyHours · easyhours.it – timbra da smartphone o da un tablet condiviso invece che su carta.</w:t>
        </w:r>
      </w:hyperlink>
    </w:p>
    <w:sectPr w:rsidR="00FC693F" w:rsidRPr="0006063C" w:rsidSect="00034616">
      <w:pgSz w:w="11906" w:h="16838"/>
      <w:pgMar w:top="680" w:right="794" w:bottom="624" w:left="794" w:header="34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Calibri" w:hAnsi="Calibri" w:cs="Calibri" w:eastAsia="Calibri"/>
      <w:color w:val="1B2238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easyhours.it/?utm_source=template&amp;utm_medium=docx&amp;utm_campaign=monthly-attendance-she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EasyHours</dc:creator>
  <cp:keywords>https://easyhours.it/</cp:keywords>
  <dc:description>generated by python-docx</dc:description>
  <cp:lastModifiedBy>EasyHours</cp:lastModifiedBy>
  <cp:revision>1</cp:revision>
  <dcterms:created xsi:type="dcterms:W3CDTF">2013-12-23T23:15:00Z</dcterms:created>
  <dcterms:modified xsi:type="dcterms:W3CDTF">2013-12-23T23:15:00Z</dcterms:modified>
  <cp:category/>
</cp:coreProperties>
</file>